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כניסה ויציאה - 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כרטיס כניסה לכרטיס יציאה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תשובות אישיות קצרות בנושא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מפתח הקשורות לנושא האחריות בכרטיסים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לפתוח את השיעור ולעורר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לסכם מה למדנו ולבדוק הבנה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כרטיס כניסה נכתב בתחילת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תפקידו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כניסה או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(כרטיס כניסה)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(כרטיס יציאה)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(כרטיס כניסה)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(כרטיס כניסה)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כניסה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כל תשובה הגיונית מתקבלת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קשר לנושא האחריות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כרטיס כניסה פותח חשיבה ראשונית, כרטיס יציאה מסכם ומתקשר לאחריות, שפה ברורה ומתאימה לגיל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כניסה נכתב בתחילת השיעור וכרטיס יציאה בסופו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מתאימה שמבטאת חשיבה פתיחתית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מתאימה שמבטאת סיכום או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למלא כרטיס כניסה אמיתי בתחילת השיעור ולהשוות לתשובות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תשובות אישיות קצרות ולא לשפוט אותן כנכונות או שגויות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ה'התאמה' כדיון פתוח בכיתה לפני המענה בכתב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כניסה ויציאה - 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לומדים על כרטיסי כניסה ויציאה - כלים קצרים שמלווים שיעור בנושא אחריות. כרטיס כניסה נכתב בתחילת השיעור וכרטיס יציאה בסופו, ושניהם עוזרים לנו לעצור, לחשוב ולהרגיש את הנושא.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כניסה  ·  יציאה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כרטיסי כניסה משמשים בעיקר כדי...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לסכם את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לפתוח את השיעור ולעורר חשיבה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לקבל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כרטיסי יציאה משמשים בעיקר כדי...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לפתוח דיון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לסכם מה למדנו ולבדוק 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לקבוע שיעורי 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 כניסה נכתב בסוף השיעור.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 יציאה עוזר לתלמידים לסכם מה למדו.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- כניסה או יציאה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דבר אחד שעשיתי הבוקר בלי שביקשו ממני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כרטיס כניסה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מעשה אחריות אחד שאעשה עד מחר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כרטיס כניסה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על מה אני אחראי בבית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כרטיס כניסה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מילה שמתארת איך אני מרגיש 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כרטיס יציאה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כרטיס __________ נכתב בתחילת השיעור כדי לעורר חשיבה.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כרטיס __________ נכתב בסוף השיעור כדי לסכם את הלמידה.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כרטיס כניסה משלכם: דבר אחד שעשיתם הבוקר בלי שמישהו ביקש מכם.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כרטיס יציאה משלכם: דבר אחד שלמדתם היום על אחריות.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כרטיס כניסה וכרטיס יציאה חדשים (שלא מופיעים בדף) שמתאימים לנושא האחריות.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כרטיס כניסה לכרטיס יציאה?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לכרטיס כניסה.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כניסה ויציאה - 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