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כניסה ויציאה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כרטיס כניסה לכרטיס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תשובות אישיות קצרות בנושא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מפתח הקשורות לנושא האחריות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לפתוח את השיעור ולעורר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לסכם מה למדנו ולבדוק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🎟️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כניסה נכתב בתחילת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שאלה מתוך כרטיסי היציאה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מטרת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מדובר בשאלות קצרות לתשובה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כניסה או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(כרטיס 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(כרטיס 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 תשובה הגיונית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קשר לנושא האחריות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כרטיס כניסה פותח חשיבה ראשונית, כרטיס יציאה מסכם ומתקשר לאחריות, שפה ברורה ומתאימה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נבחרו שלוש שאלות, יש הסבר קצר ואישי לכל אחת, קשר ברור לנושא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כניסה נכתב בתחילת השיעור וכרטיס יציאה בסופו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שמבטאת חשיבה פתיחתית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שמבטאת סיכום או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למלא כרטיס כניסה אמיתי בתחילת השיעור ולהשוות לתשובות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קצרות ולא לשפוט אותן כנכונות או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ה'התאמה' כדיון פתוח בכיתה לפני המענה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כניסה ויציאה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כרטיסים קצרים. כרטיס אחד בהתחלת השיעור. כרטיס אחד בסוף השיעור. הם עוזרים לחשוב על אחריות.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כניסה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שעונים עליה בתחילת השיעור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שעונים עליה בסוף השיעור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למשהו ולבצע מה שצריך בלי שמזכירים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השפעה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התחום שבו אני יכול/ה לשנות דברים סביבי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לדבר קטן וחשוב שרוצים לשים לב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לדבר חזק שתומך בי מבפנים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הבטחה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שהתחייבנו לעשות ועלינו לקיים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 מדידה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מטרה שאפשר לבדוק אם הצלחנו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כרטיס 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לסכם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את השיעור ולעורר 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משמש כרטיס 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דיון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מה למדנו ולבדוק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נוכחות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אימוג׳י מתאים לכרטיס 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🎟️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📅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אימוג׳י מתאים לכרטיס 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🎟️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סוג כרטיס שייכת השאלה על מעגל ההשפעה?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מקורות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כניסה נכתב בסוף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יציאה עוזר לתלמידים לסכם מה למדו.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'מה למדתי היום על אחריות' היא כרטיס כניסה.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כרטיסי הכניסה והיציאה היא לעודד חשיבה אישית על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הכניסה והיציאה דורשים תשובה ארוכה של עמוד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כניסה או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דבר אחד שעשיתי הבוקר בלי שביקשו ממני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מעשה אחריות אחד שאעשה עד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כרטיס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 מה אני אחראי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מילה שמתארת איך אני מרגיש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השורש הכי חזק שלי הוא...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 כניסה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מטרה קטנה ומדידה לשבוע הבא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כרטיס כניסה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__________ נכתב בתחילת השיעור כדי לעורר חשיבה.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__________ נכתב בסוף השיעור כדי לסכם את הלמידה.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השאלות בכרטיס יציאה מבקשת לקבוע __________ קטנה ומדידה לשבוע הבא.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בדף מופיע הביטוי 'ה__________ הקטן שלי לשבוע הזה' כדי לתאר דבר קטן שרוצים לשפר.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השאלה 'באיזה __________ אני רוצה להשפיע יותר' מתייחסת למעגלי ההשפעה שלנו.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כניסה משלכם: דבר אחד שעשיתם הבוקר בלי שמישהו ביקש 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כרטיס יציאה משלכם: דבר אחד שלמדתם היום על אחריות.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מילה אחת שמתארת איך הרגשתם היום ונמקו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כניסה וכרטיס יציאה חדשים (שלא מופיעים בדף) שמתאימים לנושא האחריות.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שלוש שאלות מתוך כרטיסי הכניסה או היציאה שהכי דיברו אליכם, והסבירו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כניסה לכרטיס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לכרטיס כניסה.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לכרטיס יציאה.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כניסה ויציאה -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