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מסילות אל הנפש – מסע של מידות, בחירה ואחריות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כרטיסי כניסה ויציאה - אחריות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ההבדל בין כרטיס כניסה לכרטיס יציאה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כתיבת תשובות אישיות קצרות בנושא אחריות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מילות מפתח הקשורות לנושא האחריות בכרטיסים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לפתוח את השיעור ולעורר חשיבה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לסכם מה למדנו ולבדוק 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🎟️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כרטיס יציאה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כרטיס כניסה נכתב בתחילת השיעור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 בדיוק תפקידו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זו שאלה מתוך כרטיסי היציאה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זו מטרת הכרטיסים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מדובר בשאלות קצרות לתשובה קצרה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התאמה - כניסה או יציאה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ו (כרטיס כניסה)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(כרטיס יציאה)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(כרטיס כניסה)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(כרטיס כניסה)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(כרטיס יציאה)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ד (כרטיס יציאה)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כניסה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יציאה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מטרה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מסמר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מעגל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אישית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- כל תשובה הגיונית מתקבלת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אישית עם קשר לנושא האחריות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תשובה אישית עם נימוק קצר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משימת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כרטיס כניסה פותח חשיבה ראשונית, כרטיס יציאה מסכם ומתקשר לאחריות, שפה ברורה ומתאימה לגיל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נבחרו שלוש שאלות, יש הסבר קצר ואישי לכל אחת, קשר ברור לנושא האחריות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כרטיס כניסה נכתב בתחילת השיעור וכרטיס יציאה בסופו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דוגמה מתאימה שמבטאת חשיבה פתיחתית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דוגמה מתאימה שמבטאת סיכום או למידה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לבקש מהתלמידים למלא כרטיס כניסה אמיתי בתחילת השיעור ולהשוות לתשובות בדף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תשובות אישיות קצרות ולא לשפוט אותן כנכונות או שגויות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להשתמש בחלק ה'התאמה' כדיון פתוח בכיתה לפני המענה בכתב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מסילות אל הנפש – מסע של מידות, בחירה ואחריות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כרטיסי כניסה ויציאה - אחריות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זה לומדים על כרטיסי כניסה ויציאה - כלים קצרים שמלווים שיעור בנושא אחריות. כרטיס כניסה נכתב בתחילת השיעור וכרטיס יציאה בסופו, ושניהם עוזרים לנו לעצור, לחשוב ולהרגיש את הנושא.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כרטיסי כניסה משמשים בעיקר כדי...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לסכם את השיעור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לפתוח את השיעור ולעורר חשיבה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לקבל ציון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לשחק משחק בכיתה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כרטיסי יציאה משמשים בעיקר כדי...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לפתוח דיון 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לסכם מה למדנו ולבדוק הבנה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לקבוע שיעורי 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לבדוק נוכחות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איזה סמל מייצג בדף את כרטיסי הכניסה?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🎟️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🌳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📅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איזה סמל מייצג בדף את כרטיסי היציאה?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🎟️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🌳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השאלה 'באיזה מעגל אני רוצה להשפיע יותר' שייכת ל...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כרטיס כניסה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כרטיס יציאה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כותרת הדף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רשימת מקורות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כרטיס כניסה נכתב בסוף השיעור.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כרטיס יציאה עוזר לתלמידים לסכם מה למדו.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השאלה 'מה למדתי היום על אחריות' היא כרטיס כניסה.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מטרת כרטיסי הכניסה והיציאה היא לעודד חשיבה אישית על אחריות.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כרטיסי הכניסה והיציאה דורשים תשובה ארוכה של עמוד שלם.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התאמה - כניסה או יציאה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דבר אחד שעשיתי הבוקר בלי שביקשו ממני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כרטיס יציאה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מעשה אחריות אחד שאעשה עד מחר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כרטיס כניסה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על מה אני אחראי בבית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כרטיס כניסה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מילה שמתארת איך אני מרגיש היום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כרטיס יציאה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השורש הכי חזק שלי הוא... כי...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כרטיס יציאה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מטרה קטנה ומדידה לשבוע הבא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כרטיס כניסה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כרטיס __________ נכתב בתחילת השיעור כדי לעורר חשיבה.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כרטיס __________ נכתב בסוף השיעור כדי לסכם את הלמידה.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אחת השאלות בכרטיס יציאה מבקשת לקבוע __________ קטנה ומדידה לשבוע הבא.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בדף מופיע הביטוי 'ה__________ הקטן שלי לשבוע הזה' כדי לתאר דבר קטן שרוצים לשפר.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השאלה 'באיזה __________ אני רוצה להשפיע יותר' מתייחסת למעגלי ההשפעה שלנו.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אישית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כרטיס כניסה משלכם: דבר אחד שעשיתם הבוקר בלי שמישהו ביקש מכם.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כרטיס יציאה משלכם: דבר אחד שלמדתם היום על אחריות.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כתבו מילה אחת שמתארת איך הרגשתם היום ונמקו מדוע.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משימת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כרטיס כניסה וכרטיס יציאה חדשים (שלא מופיעים בדף) שמתאימים לנושא האחריות.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בחרו שלוש שאלות מתוך כרטיסי הכניסה או היציאה שהכי דיברו אליכם, והסבירו מדוע.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כרטיס כניסה לכרטיס יציאה?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דוגמה אחת לכרטיס כניסה.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דוגמה אחת לכרטיס יציאה.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כרטיסי כניסה ויציאה - אחריות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